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5423" w14:textId="77777777" w:rsidR="005F7FF0" w:rsidRDefault="005F7FF0">
      <w:pPr>
        <w:jc w:val="center"/>
        <w:rPr>
          <w:rFonts w:ascii="Times New Roman" w:hAnsi="Times New Roman" w:cs="Times New Roman"/>
          <w:b/>
          <w:sz w:val="28"/>
        </w:rPr>
      </w:pPr>
    </w:p>
    <w:p w14:paraId="4593ACED" w14:textId="77777777" w:rsidR="005F7FF0" w:rsidRPr="005F7FF0" w:rsidRDefault="005F7FF0">
      <w:pPr>
        <w:jc w:val="center"/>
        <w:rPr>
          <w:rFonts w:ascii="Times New Roman" w:hAnsi="Times New Roman" w:cs="Times New Roman"/>
          <w:b/>
          <w:sz w:val="28"/>
        </w:rPr>
      </w:pPr>
    </w:p>
    <w:p w14:paraId="60255956" w14:textId="56F92DCF" w:rsidR="003C3EDA" w:rsidRPr="005F7FF0" w:rsidRDefault="007E0279">
      <w:pPr>
        <w:jc w:val="center"/>
        <w:rPr>
          <w:rFonts w:ascii="Times New Roman" w:hAnsi="Times New Roman" w:cs="Times New Roman"/>
        </w:rPr>
      </w:pPr>
      <w:r w:rsidRPr="005F7FF0">
        <w:rPr>
          <w:rFonts w:ascii="Times New Roman" w:hAnsi="Times New Roman" w:cs="Times New Roman"/>
          <w:b/>
          <w:sz w:val="28"/>
        </w:rPr>
        <w:t>SUPPORTING STATEMENT BY THE LECTURER / SUPERVISOR</w:t>
      </w:r>
    </w:p>
    <w:p w14:paraId="3D1ABA51" w14:textId="77777777" w:rsidR="003C3EDA" w:rsidRPr="005F7FF0" w:rsidRDefault="003C3EDA">
      <w:pPr>
        <w:rPr>
          <w:rFonts w:ascii="Times New Roman" w:hAnsi="Times New Roman" w:cs="Times New Roman"/>
        </w:rPr>
      </w:pPr>
    </w:p>
    <w:p w14:paraId="456A9675" w14:textId="77777777" w:rsidR="003C3EDA" w:rsidRPr="005F7FF0" w:rsidRDefault="007E0279">
      <w:pPr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b/>
          <w:sz w:val="24"/>
          <w:szCs w:val="24"/>
        </w:rPr>
        <w:t xml:space="preserve">Name of lecturer / supervisor: </w:t>
      </w:r>
      <w:r w:rsidRPr="005F7FF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51AE8F6" w14:textId="77777777" w:rsidR="003C3EDA" w:rsidRPr="005F7FF0" w:rsidRDefault="007E0279">
      <w:pPr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b/>
          <w:sz w:val="24"/>
          <w:szCs w:val="24"/>
        </w:rPr>
        <w:t xml:space="preserve">Position / organizational unit: </w:t>
      </w:r>
      <w:r w:rsidRPr="005F7FF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81810D9" w14:textId="77777777" w:rsidR="005F7FF0" w:rsidRDefault="007E0279">
      <w:pPr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b/>
          <w:sz w:val="24"/>
          <w:szCs w:val="24"/>
        </w:rPr>
        <w:t xml:space="preserve">I hereby declare that </w:t>
      </w:r>
      <w:r w:rsidRPr="005F7FF0">
        <w:rPr>
          <w:rFonts w:ascii="Times New Roman" w:hAnsi="Times New Roman" w:cs="Times New Roman"/>
          <w:sz w:val="24"/>
          <w:szCs w:val="24"/>
        </w:rPr>
        <w:br/>
        <w:t>Student's name: __________________________________</w:t>
      </w:r>
      <w:r w:rsidRPr="005F7FF0">
        <w:rPr>
          <w:rFonts w:ascii="Times New Roman" w:hAnsi="Times New Roman" w:cs="Times New Roman"/>
          <w:sz w:val="24"/>
          <w:szCs w:val="24"/>
        </w:rPr>
        <w:br/>
        <w:t>Neptun code: _____________________________________</w:t>
      </w:r>
      <w:r w:rsidRPr="005F7FF0">
        <w:rPr>
          <w:rFonts w:ascii="Times New Roman" w:hAnsi="Times New Roman" w:cs="Times New Roman"/>
          <w:sz w:val="24"/>
          <w:szCs w:val="24"/>
        </w:rPr>
        <w:br/>
      </w:r>
    </w:p>
    <w:p w14:paraId="1467F2C5" w14:textId="5C0C8A07" w:rsidR="003C3EDA" w:rsidRPr="005F7FF0" w:rsidRDefault="007E0279" w:rsidP="005F7FF0">
      <w:pPr>
        <w:jc w:val="both"/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sz w:val="24"/>
          <w:szCs w:val="24"/>
        </w:rPr>
        <w:t xml:space="preserve">I support the student's participation in the following </w:t>
      </w:r>
      <w:r w:rsidRPr="005F7FF0">
        <w:rPr>
          <w:rFonts w:ascii="Times New Roman" w:hAnsi="Times New Roman" w:cs="Times New Roman"/>
          <w:b/>
          <w:bCs/>
          <w:sz w:val="24"/>
          <w:szCs w:val="24"/>
        </w:rPr>
        <w:t>conference</w:t>
      </w:r>
      <w:r w:rsidRPr="005F7FF0">
        <w:rPr>
          <w:rFonts w:ascii="Times New Roman" w:hAnsi="Times New Roman" w:cs="Times New Roman"/>
          <w:sz w:val="24"/>
          <w:szCs w:val="24"/>
        </w:rPr>
        <w:t xml:space="preserve"> within the framework of the Pannónia Scholarship </w:t>
      </w:r>
      <w:proofErr w:type="spellStart"/>
      <w:r w:rsidRPr="005F7FF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5F7FF0">
        <w:rPr>
          <w:rFonts w:ascii="Times New Roman" w:hAnsi="Times New Roman" w:cs="Times New Roman"/>
          <w:sz w:val="24"/>
          <w:szCs w:val="24"/>
        </w:rPr>
        <w:t>:</w:t>
      </w:r>
    </w:p>
    <w:p w14:paraId="72D93B64" w14:textId="77777777" w:rsidR="003C3EDA" w:rsidRPr="005F7FF0" w:rsidRDefault="003C3E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96"/>
        <w:gridCol w:w="4694"/>
      </w:tblGrid>
      <w:tr w:rsidR="003C3EDA" w:rsidRPr="005F7FF0" w14:paraId="4DC13496" w14:textId="77777777">
        <w:trPr>
          <w:jc w:val="center"/>
        </w:trPr>
        <w:tc>
          <w:tcPr>
            <w:tcW w:w="4700" w:type="dxa"/>
            <w:vAlign w:val="center"/>
          </w:tcPr>
          <w:p w14:paraId="12C864A4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b/>
                <w:sz w:val="24"/>
                <w:szCs w:val="24"/>
              </w:rPr>
              <w:t>Name of the conference:</w:t>
            </w:r>
          </w:p>
        </w:tc>
        <w:tc>
          <w:tcPr>
            <w:tcW w:w="4700" w:type="dxa"/>
            <w:vAlign w:val="center"/>
          </w:tcPr>
          <w:p w14:paraId="2CC99E0D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EDA" w:rsidRPr="005F7FF0" w14:paraId="10302DE4" w14:textId="77777777">
        <w:trPr>
          <w:jc w:val="center"/>
        </w:trPr>
        <w:tc>
          <w:tcPr>
            <w:tcW w:w="4700" w:type="dxa"/>
            <w:vAlign w:val="center"/>
          </w:tcPr>
          <w:p w14:paraId="080B2C7F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b/>
                <w:sz w:val="24"/>
                <w:szCs w:val="24"/>
              </w:rPr>
              <w:t>Location of the conference:</w:t>
            </w:r>
          </w:p>
        </w:tc>
        <w:tc>
          <w:tcPr>
            <w:tcW w:w="4700" w:type="dxa"/>
            <w:vAlign w:val="center"/>
          </w:tcPr>
          <w:p w14:paraId="2FB6BAFC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EDA" w:rsidRPr="005F7FF0" w14:paraId="3CC63C7B" w14:textId="77777777">
        <w:trPr>
          <w:jc w:val="center"/>
        </w:trPr>
        <w:tc>
          <w:tcPr>
            <w:tcW w:w="4700" w:type="dxa"/>
            <w:vAlign w:val="center"/>
          </w:tcPr>
          <w:p w14:paraId="235D3D3A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b/>
                <w:sz w:val="24"/>
                <w:szCs w:val="24"/>
              </w:rPr>
              <w:t>Date of the conference:</w:t>
            </w:r>
          </w:p>
        </w:tc>
        <w:tc>
          <w:tcPr>
            <w:tcW w:w="4700" w:type="dxa"/>
            <w:vAlign w:val="center"/>
          </w:tcPr>
          <w:p w14:paraId="4B0292CA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EDA" w:rsidRPr="005F7FF0" w14:paraId="4BD815D3" w14:textId="77777777">
        <w:trPr>
          <w:jc w:val="center"/>
        </w:trPr>
        <w:tc>
          <w:tcPr>
            <w:tcW w:w="4700" w:type="dxa"/>
            <w:vAlign w:val="center"/>
          </w:tcPr>
          <w:p w14:paraId="1C0B0025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b/>
                <w:sz w:val="24"/>
                <w:szCs w:val="24"/>
              </w:rPr>
              <w:t>Purpose / professional justification of participation:</w:t>
            </w:r>
          </w:p>
        </w:tc>
        <w:tc>
          <w:tcPr>
            <w:tcW w:w="4700" w:type="dxa"/>
            <w:vAlign w:val="center"/>
          </w:tcPr>
          <w:p w14:paraId="6D114D87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EDA" w:rsidRPr="005F7FF0" w14:paraId="7163B065" w14:textId="77777777">
        <w:trPr>
          <w:jc w:val="center"/>
        </w:trPr>
        <w:tc>
          <w:tcPr>
            <w:tcW w:w="4700" w:type="dxa"/>
            <w:vAlign w:val="center"/>
          </w:tcPr>
          <w:p w14:paraId="3BCA1B24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b/>
                <w:sz w:val="24"/>
                <w:szCs w:val="24"/>
              </w:rPr>
              <w:t>Related field of research / education:</w:t>
            </w:r>
          </w:p>
        </w:tc>
        <w:tc>
          <w:tcPr>
            <w:tcW w:w="4700" w:type="dxa"/>
            <w:vAlign w:val="center"/>
          </w:tcPr>
          <w:p w14:paraId="53800599" w14:textId="77777777" w:rsidR="003C3EDA" w:rsidRPr="005F7FF0" w:rsidRDefault="007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8730F86" w14:textId="77777777" w:rsidR="003C3EDA" w:rsidRPr="005F7FF0" w:rsidRDefault="003C3EDA">
      <w:pPr>
        <w:rPr>
          <w:rFonts w:ascii="Times New Roman" w:hAnsi="Times New Roman" w:cs="Times New Roman"/>
          <w:sz w:val="24"/>
          <w:szCs w:val="24"/>
        </w:rPr>
      </w:pPr>
    </w:p>
    <w:p w14:paraId="112752D6" w14:textId="77777777" w:rsidR="003C3EDA" w:rsidRPr="005F7FF0" w:rsidRDefault="007E0279" w:rsidP="005F7FF0">
      <w:pPr>
        <w:jc w:val="both"/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sz w:val="24"/>
          <w:szCs w:val="24"/>
        </w:rPr>
        <w:t xml:space="preserve">I consider participation in the conference relevant to the </w:t>
      </w:r>
      <w:proofErr w:type="gramStart"/>
      <w:r w:rsidRPr="005F7FF0">
        <w:rPr>
          <w:rFonts w:ascii="Times New Roman" w:hAnsi="Times New Roman" w:cs="Times New Roman"/>
          <w:sz w:val="24"/>
          <w:szCs w:val="24"/>
        </w:rPr>
        <w:t>student's</w:t>
      </w:r>
      <w:proofErr w:type="gramEnd"/>
      <w:r w:rsidRPr="005F7FF0">
        <w:rPr>
          <w:rFonts w:ascii="Times New Roman" w:hAnsi="Times New Roman" w:cs="Times New Roman"/>
          <w:sz w:val="24"/>
          <w:szCs w:val="24"/>
        </w:rPr>
        <w:t xml:space="preserve"> professional development, studies and/or research activities and therefore support the implementation of </w:t>
      </w:r>
      <w:proofErr w:type="gramStart"/>
      <w:r w:rsidRPr="005F7FF0">
        <w:rPr>
          <w:rFonts w:ascii="Times New Roman" w:hAnsi="Times New Roman" w:cs="Times New Roman"/>
          <w:sz w:val="24"/>
          <w:szCs w:val="24"/>
        </w:rPr>
        <w:t>the mobility</w:t>
      </w:r>
      <w:proofErr w:type="gramEnd"/>
      <w:r w:rsidRPr="005F7FF0">
        <w:rPr>
          <w:rFonts w:ascii="Times New Roman" w:hAnsi="Times New Roman" w:cs="Times New Roman"/>
          <w:sz w:val="24"/>
          <w:szCs w:val="24"/>
        </w:rPr>
        <w:t>.</w:t>
      </w:r>
    </w:p>
    <w:p w14:paraId="2CA19656" w14:textId="77777777" w:rsidR="003C3EDA" w:rsidRPr="005F7FF0" w:rsidRDefault="007E0279" w:rsidP="005F7FF0">
      <w:pPr>
        <w:jc w:val="both"/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sz w:val="24"/>
          <w:szCs w:val="24"/>
        </w:rPr>
        <w:t>I issue this statement in connection with the Pannónia Scholarship application as confirmation of my professional support for the student's participation in the conference.</w:t>
      </w:r>
    </w:p>
    <w:p w14:paraId="4E113CBB" w14:textId="77777777" w:rsidR="003C3EDA" w:rsidRPr="005F7FF0" w:rsidRDefault="003C3EDA">
      <w:pPr>
        <w:rPr>
          <w:rFonts w:ascii="Times New Roman" w:hAnsi="Times New Roman" w:cs="Times New Roman"/>
          <w:sz w:val="24"/>
          <w:szCs w:val="24"/>
        </w:rPr>
      </w:pPr>
    </w:p>
    <w:p w14:paraId="0653A376" w14:textId="75353EED" w:rsidR="003C3EDA" w:rsidRPr="005F7FF0" w:rsidRDefault="007E0279">
      <w:pPr>
        <w:rPr>
          <w:rFonts w:ascii="Times New Roman" w:hAnsi="Times New Roman" w:cs="Times New Roman"/>
          <w:sz w:val="24"/>
          <w:szCs w:val="24"/>
        </w:rPr>
      </w:pPr>
      <w:r w:rsidRPr="005F7FF0">
        <w:rPr>
          <w:rFonts w:ascii="Times New Roman" w:hAnsi="Times New Roman" w:cs="Times New Roman"/>
          <w:sz w:val="24"/>
          <w:szCs w:val="24"/>
        </w:rPr>
        <w:t>Place and date</w:t>
      </w:r>
      <w:r w:rsidR="005F7FF0">
        <w:rPr>
          <w:rFonts w:ascii="Times New Roman" w:hAnsi="Times New Roman" w:cs="Times New Roman"/>
          <w:sz w:val="24"/>
          <w:szCs w:val="24"/>
        </w:rPr>
        <w:t>:</w:t>
      </w:r>
    </w:p>
    <w:p w14:paraId="51B28AF5" w14:textId="77777777" w:rsidR="003C3EDA" w:rsidRPr="005F7FF0" w:rsidRDefault="003C3ED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0"/>
        <w:gridCol w:w="4700"/>
      </w:tblGrid>
      <w:tr w:rsidR="003C3EDA" w:rsidRPr="005F7FF0" w14:paraId="00C2D364" w14:textId="77777777">
        <w:trPr>
          <w:jc w:val="center"/>
        </w:trPr>
        <w:tc>
          <w:tcPr>
            <w:tcW w:w="4700" w:type="dxa"/>
          </w:tcPr>
          <w:p w14:paraId="4989AF79" w14:textId="77777777" w:rsidR="003C3EDA" w:rsidRPr="005F7FF0" w:rsidRDefault="007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  <w:t>Lecturer / Supervisor's signature</w:t>
            </w:r>
          </w:p>
        </w:tc>
        <w:tc>
          <w:tcPr>
            <w:tcW w:w="4700" w:type="dxa"/>
          </w:tcPr>
          <w:p w14:paraId="421D7FF6" w14:textId="77777777" w:rsidR="003C3EDA" w:rsidRPr="005F7FF0" w:rsidRDefault="007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  <w:r w:rsidRPr="005F7FF0">
              <w:rPr>
                <w:rFonts w:ascii="Times New Roman" w:hAnsi="Times New Roman" w:cs="Times New Roman"/>
                <w:sz w:val="24"/>
                <w:szCs w:val="24"/>
              </w:rPr>
              <w:br/>
              <w:t>Student's signature</w:t>
            </w:r>
          </w:p>
        </w:tc>
      </w:tr>
    </w:tbl>
    <w:p w14:paraId="4D3460B2" w14:textId="77777777" w:rsidR="007E0279" w:rsidRPr="005F7FF0" w:rsidRDefault="007E0279">
      <w:pPr>
        <w:rPr>
          <w:rFonts w:ascii="Times New Roman" w:hAnsi="Times New Roman" w:cs="Times New Roman"/>
        </w:rPr>
      </w:pPr>
    </w:p>
    <w:sectPr w:rsidR="007E0279" w:rsidRPr="005F7FF0" w:rsidSect="00034616">
      <w:headerReference w:type="default" r:id="rId8"/>
      <w:pgSz w:w="12240" w:h="15840"/>
      <w:pgMar w:top="1240" w:right="1420" w:bottom="1240" w:left="14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A3036" w14:textId="77777777" w:rsidR="007E0279" w:rsidRDefault="007E0279" w:rsidP="005F7FF0">
      <w:pPr>
        <w:spacing w:after="0" w:line="240" w:lineRule="auto"/>
      </w:pPr>
      <w:r>
        <w:separator/>
      </w:r>
    </w:p>
  </w:endnote>
  <w:endnote w:type="continuationSeparator" w:id="0">
    <w:p w14:paraId="48249F93" w14:textId="77777777" w:rsidR="007E0279" w:rsidRDefault="007E0279" w:rsidP="005F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8922" w14:textId="77777777" w:rsidR="007E0279" w:rsidRDefault="007E0279" w:rsidP="005F7FF0">
      <w:pPr>
        <w:spacing w:after="0" w:line="240" w:lineRule="auto"/>
      </w:pPr>
      <w:r>
        <w:separator/>
      </w:r>
    </w:p>
  </w:footnote>
  <w:footnote w:type="continuationSeparator" w:id="0">
    <w:p w14:paraId="1E356553" w14:textId="77777777" w:rsidR="007E0279" w:rsidRDefault="007E0279" w:rsidP="005F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F9F6" w14:textId="55AE1226" w:rsidR="005F7FF0" w:rsidRDefault="005F7FF0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FB3052" wp14:editId="506D4D49">
          <wp:simplePos x="0" y="0"/>
          <wp:positionH relativeFrom="column">
            <wp:posOffset>3431788</wp:posOffset>
          </wp:positionH>
          <wp:positionV relativeFrom="paragraph">
            <wp:posOffset>-356345</wp:posOffset>
          </wp:positionV>
          <wp:extent cx="2528515" cy="722779"/>
          <wp:effectExtent l="0" t="0" r="5715" b="1270"/>
          <wp:wrapNone/>
          <wp:docPr id="1555024108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024108" name="Kép 1555024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8515" cy="722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D777867" wp14:editId="0DECF82A">
          <wp:simplePos x="0" y="0"/>
          <wp:positionH relativeFrom="column">
            <wp:posOffset>-3175</wp:posOffset>
          </wp:positionH>
          <wp:positionV relativeFrom="paragraph">
            <wp:posOffset>-409824</wp:posOffset>
          </wp:positionV>
          <wp:extent cx="2155025" cy="880580"/>
          <wp:effectExtent l="0" t="0" r="0" b="0"/>
          <wp:wrapNone/>
          <wp:docPr id="133099180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991805" name="Kép 133099180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55025" cy="88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7188727">
    <w:abstractNumId w:val="8"/>
  </w:num>
  <w:num w:numId="2" w16cid:durableId="2143574641">
    <w:abstractNumId w:val="6"/>
  </w:num>
  <w:num w:numId="3" w16cid:durableId="305745294">
    <w:abstractNumId w:val="5"/>
  </w:num>
  <w:num w:numId="4" w16cid:durableId="812598158">
    <w:abstractNumId w:val="4"/>
  </w:num>
  <w:num w:numId="5" w16cid:durableId="1710374046">
    <w:abstractNumId w:val="7"/>
  </w:num>
  <w:num w:numId="6" w16cid:durableId="839081742">
    <w:abstractNumId w:val="3"/>
  </w:num>
  <w:num w:numId="7" w16cid:durableId="839199258">
    <w:abstractNumId w:val="2"/>
  </w:num>
  <w:num w:numId="8" w16cid:durableId="592323454">
    <w:abstractNumId w:val="1"/>
  </w:num>
  <w:num w:numId="9" w16cid:durableId="111263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3EDA"/>
    <w:rsid w:val="005F7FF0"/>
    <w:rsid w:val="007E0279"/>
    <w:rsid w:val="00AA1D8D"/>
    <w:rsid w:val="00B47730"/>
    <w:rsid w:val="00BC4D6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94E9C"/>
  <w14:defaultImageDpi w14:val="300"/>
  <w15:docId w15:val="{3308A472-FBA6-47FA-80DB-79DD3529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Marton Krisztina</cp:lastModifiedBy>
  <cp:revision>2</cp:revision>
  <dcterms:created xsi:type="dcterms:W3CDTF">2026-08-27T12:52:00Z</dcterms:created>
  <dcterms:modified xsi:type="dcterms:W3CDTF">2026-08-27T12:52:00Z</dcterms:modified>
  <cp:category/>
</cp:coreProperties>
</file>