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F01E" w14:textId="77777777" w:rsidR="006F3E1C" w:rsidRPr="006F3E1C" w:rsidRDefault="006F3E1C">
      <w:pPr>
        <w:jc w:val="center"/>
        <w:rPr>
          <w:rFonts w:ascii="Times New Roman" w:hAnsi="Times New Roman" w:cs="Times New Roman"/>
          <w:b/>
          <w:sz w:val="30"/>
        </w:rPr>
      </w:pPr>
    </w:p>
    <w:p w14:paraId="698C63DA" w14:textId="4383C63A" w:rsidR="007A2B0B" w:rsidRPr="006F3E1C" w:rsidRDefault="00D751A9">
      <w:pPr>
        <w:jc w:val="center"/>
        <w:rPr>
          <w:rFonts w:ascii="Times New Roman" w:hAnsi="Times New Roman" w:cs="Times New Roman"/>
        </w:rPr>
      </w:pPr>
      <w:r w:rsidRPr="006F3E1C">
        <w:rPr>
          <w:rFonts w:ascii="Times New Roman" w:hAnsi="Times New Roman" w:cs="Times New Roman"/>
          <w:b/>
          <w:sz w:val="30"/>
        </w:rPr>
        <w:t>TÉMAVEZETŐI / OKTATÓI TÁMOGATÓ NYILATKOZAT</w:t>
      </w:r>
    </w:p>
    <w:p w14:paraId="49DF9775" w14:textId="77777777" w:rsidR="007A2B0B" w:rsidRPr="006F3E1C" w:rsidRDefault="00D751A9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b/>
          <w:sz w:val="24"/>
          <w:szCs w:val="24"/>
        </w:rPr>
        <w:t>Pannónia Ösztöndíjpályázat – kutatási mobilitás</w:t>
      </w:r>
    </w:p>
    <w:p w14:paraId="21C2479C" w14:textId="77777777" w:rsidR="007A2B0B" w:rsidRPr="006F3E1C" w:rsidRDefault="007A2B0B">
      <w:pPr>
        <w:rPr>
          <w:rFonts w:ascii="Times New Roman" w:hAnsi="Times New Roman" w:cs="Times New Roman"/>
          <w:sz w:val="16"/>
          <w:szCs w:val="16"/>
        </w:rPr>
      </w:pPr>
    </w:p>
    <w:p w14:paraId="3541F8ED" w14:textId="77777777" w:rsidR="007A2B0B" w:rsidRPr="006F3E1C" w:rsidRDefault="00D751A9">
      <w:pPr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b/>
          <w:sz w:val="24"/>
          <w:szCs w:val="24"/>
        </w:rPr>
        <w:t>Alulírott témavezető / oktató:</w:t>
      </w:r>
    </w:p>
    <w:p w14:paraId="3EF759FD" w14:textId="77777777" w:rsidR="007A2B0B" w:rsidRPr="006F3E1C" w:rsidRDefault="00D751A9">
      <w:pPr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Név: ........................................................................................................</w:t>
      </w:r>
    </w:p>
    <w:p w14:paraId="32441A19" w14:textId="77777777" w:rsidR="007A2B0B" w:rsidRPr="006F3E1C" w:rsidRDefault="00D751A9">
      <w:pPr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Beosztás / szervezeti egység: ........................................................................</w:t>
      </w:r>
    </w:p>
    <w:p w14:paraId="79AA0D17" w14:textId="77777777" w:rsidR="007A2B0B" w:rsidRPr="006F3E1C" w:rsidRDefault="00D751A9">
      <w:pPr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.......................................................................................................</w:t>
      </w:r>
    </w:p>
    <w:p w14:paraId="0BC52DA9" w14:textId="77777777" w:rsidR="007A2B0B" w:rsidRPr="006F3E1C" w:rsidRDefault="007A2B0B">
      <w:pPr>
        <w:rPr>
          <w:rFonts w:ascii="Times New Roman" w:hAnsi="Times New Roman" w:cs="Times New Roman"/>
          <w:sz w:val="16"/>
          <w:szCs w:val="16"/>
        </w:rPr>
      </w:pPr>
    </w:p>
    <w:p w14:paraId="26755B14" w14:textId="77777777" w:rsidR="007A2B0B" w:rsidRPr="006F3E1C" w:rsidRDefault="00D751A9" w:rsidP="006F3E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b/>
          <w:sz w:val="24"/>
          <w:szCs w:val="24"/>
        </w:rPr>
        <w:t xml:space="preserve">ezúton nyilatkozom, hogy </w:t>
      </w:r>
      <w:r w:rsidRPr="006F3E1C">
        <w:rPr>
          <w:rFonts w:ascii="Times New Roman" w:hAnsi="Times New Roman" w:cs="Times New Roman"/>
          <w:sz w:val="24"/>
          <w:szCs w:val="24"/>
        </w:rPr>
        <w:t>az alábbi hallgató Pannónia Ösztöndíjprogram keretében megvalósítani tervezett kutatási mobilitását támogatom.</w:t>
      </w:r>
    </w:p>
    <w:p w14:paraId="7F33C7F5" w14:textId="77777777" w:rsidR="007A2B0B" w:rsidRPr="006F3E1C" w:rsidRDefault="00D751A9" w:rsidP="006F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Hallgató neve: ..............................................................................................</w:t>
      </w:r>
    </w:p>
    <w:p w14:paraId="008AFCF7" w14:textId="77777777" w:rsidR="007A2B0B" w:rsidRPr="006F3E1C" w:rsidRDefault="00D751A9" w:rsidP="006F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Neptun-kód: ...................................................................................................</w:t>
      </w:r>
    </w:p>
    <w:p w14:paraId="6F17460D" w14:textId="77777777" w:rsidR="007A2B0B" w:rsidRPr="006F3E1C" w:rsidRDefault="00D751A9" w:rsidP="006F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Képzés / szak: .................................................................................................</w:t>
      </w:r>
    </w:p>
    <w:p w14:paraId="6AE75503" w14:textId="77777777" w:rsidR="007A2B0B" w:rsidRPr="006F3E1C" w:rsidRDefault="00D751A9" w:rsidP="006F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Kutatási téma / projekt címe: ...........................................................................</w:t>
      </w:r>
    </w:p>
    <w:p w14:paraId="47B535DF" w14:textId="77777777" w:rsidR="007A2B0B" w:rsidRPr="006F3E1C" w:rsidRDefault="00D751A9" w:rsidP="006F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Fogadó intézmény: ...........................................................................................</w:t>
      </w:r>
    </w:p>
    <w:p w14:paraId="0DE08781" w14:textId="77777777" w:rsidR="007A2B0B" w:rsidRPr="006F3E1C" w:rsidRDefault="00D751A9" w:rsidP="006F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Mobilitás tervezett időszaka: .............................................................................</w:t>
      </w:r>
    </w:p>
    <w:p w14:paraId="79BB0B05" w14:textId="77777777" w:rsidR="007A2B0B" w:rsidRPr="006F3E1C" w:rsidRDefault="007A2B0B">
      <w:pPr>
        <w:rPr>
          <w:rFonts w:ascii="Times New Roman" w:hAnsi="Times New Roman" w:cs="Times New Roman"/>
          <w:sz w:val="16"/>
          <w:szCs w:val="16"/>
        </w:rPr>
      </w:pPr>
    </w:p>
    <w:p w14:paraId="17A2B0A3" w14:textId="77777777" w:rsidR="007A2B0B" w:rsidRPr="006F3E1C" w:rsidRDefault="00D751A9" w:rsidP="006F3E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b/>
          <w:sz w:val="24"/>
          <w:szCs w:val="24"/>
        </w:rPr>
        <w:t xml:space="preserve">A támogatás kiterjed arra, hogy </w:t>
      </w:r>
      <w:r w:rsidRPr="006F3E1C">
        <w:rPr>
          <w:rFonts w:ascii="Times New Roman" w:hAnsi="Times New Roman" w:cs="Times New Roman"/>
          <w:sz w:val="24"/>
          <w:szCs w:val="24"/>
        </w:rPr>
        <w:t>a hallgató a mobilitás során a fent megjelölt kutatási tevékenységet a képzéséhez és kutatási témájához kapcsolódóan megvalósítsa. A kutatási mobilitás szakmai tartalmát és célkitűzéseit ismerem, és azok megvalósítását szakmailag támogatom.</w:t>
      </w:r>
    </w:p>
    <w:p w14:paraId="575F0D65" w14:textId="77777777" w:rsidR="007A2B0B" w:rsidRPr="006F3E1C" w:rsidRDefault="007A2B0B">
      <w:pPr>
        <w:rPr>
          <w:rFonts w:ascii="Times New Roman" w:hAnsi="Times New Roman" w:cs="Times New Roman"/>
          <w:sz w:val="16"/>
          <w:szCs w:val="16"/>
        </w:rPr>
      </w:pPr>
    </w:p>
    <w:p w14:paraId="7491ADA9" w14:textId="77777777" w:rsidR="007A2B0B" w:rsidRPr="006F3E1C" w:rsidRDefault="00D751A9" w:rsidP="006F3E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Jelen nyilatkozatot a hallgató Pannónia Ösztöndíjpályázatához, a kutatási mobilitás szakmai támogatásának igazolására állítottam ki.</w:t>
      </w:r>
    </w:p>
    <w:p w14:paraId="13C021A9" w14:textId="3D325C77" w:rsidR="007A2B0B" w:rsidRDefault="006F3E1C">
      <w:pPr>
        <w:rPr>
          <w:rFonts w:ascii="Times New Roman" w:hAnsi="Times New Roman" w:cs="Times New Roman"/>
          <w:sz w:val="24"/>
          <w:szCs w:val="24"/>
        </w:rPr>
      </w:pPr>
      <w:r w:rsidRPr="006F3E1C">
        <w:rPr>
          <w:rFonts w:ascii="Times New Roman" w:hAnsi="Times New Roman" w:cs="Times New Roman"/>
          <w:sz w:val="24"/>
          <w:szCs w:val="24"/>
        </w:rPr>
        <w:t>Kelt: ................................................</w:t>
      </w:r>
    </w:p>
    <w:p w14:paraId="0030C89F" w14:textId="77777777" w:rsidR="006F3E1C" w:rsidRPr="006F3E1C" w:rsidRDefault="006F3E1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7A2B0B" w:rsidRPr="006F3E1C" w14:paraId="055BC2F1" w14:textId="77777777" w:rsidTr="006F3E1C">
        <w:trPr>
          <w:jc w:val="center"/>
        </w:trPr>
        <w:tc>
          <w:tcPr>
            <w:tcW w:w="4703" w:type="dxa"/>
            <w:vAlign w:val="center"/>
          </w:tcPr>
          <w:p w14:paraId="17A601D7" w14:textId="6A04F57A" w:rsidR="007A2B0B" w:rsidRPr="006F3E1C" w:rsidRDefault="006F3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1C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</w:t>
            </w:r>
          </w:p>
        </w:tc>
        <w:tc>
          <w:tcPr>
            <w:tcW w:w="4703" w:type="dxa"/>
            <w:vAlign w:val="center"/>
          </w:tcPr>
          <w:p w14:paraId="56A14EE0" w14:textId="77777777" w:rsidR="007A2B0B" w:rsidRPr="006F3E1C" w:rsidRDefault="00D7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1C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</w:t>
            </w:r>
          </w:p>
        </w:tc>
      </w:tr>
      <w:tr w:rsidR="007A2B0B" w:rsidRPr="006F3E1C" w14:paraId="401B2E57" w14:textId="77777777" w:rsidTr="006F3E1C">
        <w:trPr>
          <w:jc w:val="center"/>
        </w:trPr>
        <w:tc>
          <w:tcPr>
            <w:tcW w:w="4703" w:type="dxa"/>
            <w:vAlign w:val="center"/>
          </w:tcPr>
          <w:p w14:paraId="2C5249AE" w14:textId="4CA44CD4" w:rsidR="007A2B0B" w:rsidRPr="006F3E1C" w:rsidRDefault="006F3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hallgató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aláírása</w:t>
            </w:r>
            <w:proofErr w:type="spellEnd"/>
          </w:p>
        </w:tc>
        <w:tc>
          <w:tcPr>
            <w:tcW w:w="4703" w:type="dxa"/>
            <w:vAlign w:val="center"/>
          </w:tcPr>
          <w:p w14:paraId="6BE15F8A" w14:textId="77777777" w:rsidR="007A2B0B" w:rsidRPr="006F3E1C" w:rsidRDefault="00D7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E1C">
              <w:rPr>
                <w:rFonts w:ascii="Times New Roman" w:hAnsi="Times New Roman" w:cs="Times New Roman"/>
                <w:sz w:val="24"/>
                <w:szCs w:val="24"/>
              </w:rPr>
              <w:t>témavezető / oktató aláírása</w:t>
            </w:r>
          </w:p>
        </w:tc>
      </w:tr>
    </w:tbl>
    <w:p w14:paraId="6DCD8729" w14:textId="77777777" w:rsidR="00D751A9" w:rsidRPr="006F3E1C" w:rsidRDefault="00D751A9">
      <w:pPr>
        <w:rPr>
          <w:rFonts w:ascii="Times New Roman" w:hAnsi="Times New Roman" w:cs="Times New Roman"/>
        </w:rPr>
      </w:pPr>
    </w:p>
    <w:sectPr w:rsidR="00D751A9" w:rsidRPr="006F3E1C" w:rsidSect="006F3E1C">
      <w:headerReference w:type="default" r:id="rId8"/>
      <w:pgSz w:w="12240" w:h="15840"/>
      <w:pgMar w:top="1247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68554" w14:textId="77777777" w:rsidR="00D751A9" w:rsidRDefault="00D751A9">
      <w:pPr>
        <w:spacing w:after="0" w:line="240" w:lineRule="auto"/>
      </w:pPr>
      <w:r>
        <w:separator/>
      </w:r>
    </w:p>
  </w:endnote>
  <w:endnote w:type="continuationSeparator" w:id="0">
    <w:p w14:paraId="08559A11" w14:textId="77777777" w:rsidR="00D751A9" w:rsidRDefault="00D7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4A74A" w14:textId="77777777" w:rsidR="00D751A9" w:rsidRDefault="00D751A9">
      <w:pPr>
        <w:spacing w:after="0" w:line="240" w:lineRule="auto"/>
      </w:pPr>
      <w:r>
        <w:separator/>
      </w:r>
    </w:p>
  </w:footnote>
  <w:footnote w:type="continuationSeparator" w:id="0">
    <w:p w14:paraId="76B83400" w14:textId="77777777" w:rsidR="00D751A9" w:rsidRDefault="00D75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0EF4A" w14:textId="2703750C" w:rsidR="006F3E1C" w:rsidRDefault="006F3E1C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B6309F" wp14:editId="5C6CFA1E">
          <wp:simplePos x="0" y="0"/>
          <wp:positionH relativeFrom="margin">
            <wp:posOffset>91763</wp:posOffset>
          </wp:positionH>
          <wp:positionV relativeFrom="paragraph">
            <wp:posOffset>-422287</wp:posOffset>
          </wp:positionV>
          <wp:extent cx="2078966" cy="869968"/>
          <wp:effectExtent l="0" t="0" r="0" b="6350"/>
          <wp:wrapNone/>
          <wp:docPr id="196758666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111428" name="Kép 15281114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8966" cy="869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25EEB8" wp14:editId="54AD30DC">
          <wp:simplePos x="0" y="0"/>
          <wp:positionH relativeFrom="margin">
            <wp:posOffset>3372928</wp:posOffset>
          </wp:positionH>
          <wp:positionV relativeFrom="paragraph">
            <wp:posOffset>-381264</wp:posOffset>
          </wp:positionV>
          <wp:extent cx="2553419" cy="733504"/>
          <wp:effectExtent l="0" t="0" r="0" b="9525"/>
          <wp:wrapNone/>
          <wp:docPr id="59991159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163536" name="Kép 44716353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53419" cy="73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3015108">
    <w:abstractNumId w:val="8"/>
  </w:num>
  <w:num w:numId="2" w16cid:durableId="346179291">
    <w:abstractNumId w:val="6"/>
  </w:num>
  <w:num w:numId="3" w16cid:durableId="1536960973">
    <w:abstractNumId w:val="5"/>
  </w:num>
  <w:num w:numId="4" w16cid:durableId="465007972">
    <w:abstractNumId w:val="4"/>
  </w:num>
  <w:num w:numId="5" w16cid:durableId="2133091760">
    <w:abstractNumId w:val="7"/>
  </w:num>
  <w:num w:numId="6" w16cid:durableId="1795752969">
    <w:abstractNumId w:val="3"/>
  </w:num>
  <w:num w:numId="7" w16cid:durableId="604003846">
    <w:abstractNumId w:val="2"/>
  </w:num>
  <w:num w:numId="8" w16cid:durableId="1237593686">
    <w:abstractNumId w:val="1"/>
  </w:num>
  <w:num w:numId="9" w16cid:durableId="46767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7103"/>
    <w:rsid w:val="006F3E1C"/>
    <w:rsid w:val="007A2B0B"/>
    <w:rsid w:val="00904FF8"/>
    <w:rsid w:val="00AA1D8D"/>
    <w:rsid w:val="00B47730"/>
    <w:rsid w:val="00CB0664"/>
    <w:rsid w:val="00D751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C69E87"/>
  <w14:defaultImageDpi w14:val="300"/>
  <w15:docId w15:val="{2C817596-38B7-440A-82C1-887C5FD7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Marton Krisztina</cp:lastModifiedBy>
  <cp:revision>3</cp:revision>
  <dcterms:created xsi:type="dcterms:W3CDTF">2026-08-31T08:04:00Z</dcterms:created>
  <dcterms:modified xsi:type="dcterms:W3CDTF">2026-08-31T08:08:00Z</dcterms:modified>
  <cp:category/>
</cp:coreProperties>
</file>