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52D11" w14:textId="3C11BFB1" w:rsidR="0097214B" w:rsidRPr="0097214B" w:rsidRDefault="0097214B">
      <w:pPr>
        <w:jc w:val="center"/>
        <w:rPr>
          <w:rFonts w:ascii="Times New Roman" w:hAnsi="Times New Roman" w:cs="Times New Roman"/>
          <w:b/>
          <w:sz w:val="28"/>
        </w:rPr>
      </w:pPr>
      <w:r w:rsidRPr="0097214B"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61824" behindDoc="0" locked="0" layoutInCell="1" allowOverlap="1" wp14:anchorId="2A71AC41" wp14:editId="0E5CF2FB">
            <wp:simplePos x="0" y="0"/>
            <wp:positionH relativeFrom="column">
              <wp:posOffset>3281239</wp:posOffset>
            </wp:positionH>
            <wp:positionV relativeFrom="paragraph">
              <wp:posOffset>-651786</wp:posOffset>
            </wp:positionV>
            <wp:extent cx="2743200" cy="788021"/>
            <wp:effectExtent l="0" t="0" r="0" b="0"/>
            <wp:wrapNone/>
            <wp:docPr id="849748837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748837" name="Kép 84974883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788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98ABC" w14:textId="665A94F7" w:rsidR="0097214B" w:rsidRPr="0097214B" w:rsidRDefault="0097214B">
      <w:pPr>
        <w:jc w:val="center"/>
        <w:rPr>
          <w:rFonts w:ascii="Times New Roman" w:hAnsi="Times New Roman" w:cs="Times New Roman"/>
          <w:b/>
          <w:sz w:val="28"/>
        </w:rPr>
      </w:pPr>
    </w:p>
    <w:p w14:paraId="73CDF20F" w14:textId="01F65CFD" w:rsidR="0060387E" w:rsidRPr="0097214B" w:rsidRDefault="00E96235">
      <w:pPr>
        <w:jc w:val="center"/>
        <w:rPr>
          <w:rFonts w:ascii="Times New Roman" w:hAnsi="Times New Roman" w:cs="Times New Roman"/>
        </w:rPr>
      </w:pPr>
      <w:r w:rsidRPr="0097214B">
        <w:rPr>
          <w:rFonts w:ascii="Times New Roman" w:hAnsi="Times New Roman" w:cs="Times New Roman"/>
          <w:b/>
          <w:sz w:val="28"/>
        </w:rPr>
        <w:t>OKTATÓI / TÉMAVEZETŐI TÁMOGATÓ NYIL</w:t>
      </w:r>
      <w:r w:rsidRPr="0097214B">
        <w:rPr>
          <w:rFonts w:ascii="Times New Roman" w:hAnsi="Times New Roman" w:cs="Times New Roman"/>
          <w:b/>
          <w:sz w:val="28"/>
        </w:rPr>
        <w:t>ATKOZAT</w:t>
      </w:r>
    </w:p>
    <w:p w14:paraId="3A32D44F" w14:textId="74135E79" w:rsidR="0060387E" w:rsidRPr="0097214B" w:rsidRDefault="0060387E">
      <w:pPr>
        <w:rPr>
          <w:rFonts w:ascii="Times New Roman" w:hAnsi="Times New Roman" w:cs="Times New Roman"/>
        </w:rPr>
      </w:pPr>
    </w:p>
    <w:p w14:paraId="4B07A9F9" w14:textId="76FDCC3E" w:rsidR="0060387E" w:rsidRPr="0097214B" w:rsidRDefault="00E96235">
      <w:pPr>
        <w:rPr>
          <w:rFonts w:ascii="Times New Roman" w:hAnsi="Times New Roman" w:cs="Times New Roman"/>
          <w:sz w:val="24"/>
          <w:szCs w:val="24"/>
        </w:rPr>
      </w:pPr>
      <w:r w:rsidRPr="0097214B">
        <w:rPr>
          <w:rFonts w:ascii="Times New Roman" w:hAnsi="Times New Roman" w:cs="Times New Roman"/>
          <w:b/>
          <w:sz w:val="24"/>
          <w:szCs w:val="24"/>
        </w:rPr>
        <w:t xml:space="preserve">Alulírott </w:t>
      </w:r>
      <w:proofErr w:type="spellStart"/>
      <w:r w:rsidRPr="0097214B">
        <w:rPr>
          <w:rFonts w:ascii="Times New Roman" w:hAnsi="Times New Roman" w:cs="Times New Roman"/>
          <w:b/>
          <w:sz w:val="24"/>
          <w:szCs w:val="24"/>
        </w:rPr>
        <w:t>oktató</w:t>
      </w:r>
      <w:proofErr w:type="spellEnd"/>
      <w:r w:rsidRPr="0097214B">
        <w:rPr>
          <w:rFonts w:ascii="Times New Roman" w:hAnsi="Times New Roman" w:cs="Times New Roman"/>
          <w:b/>
          <w:sz w:val="24"/>
          <w:szCs w:val="24"/>
        </w:rPr>
        <w:t xml:space="preserve"> / </w:t>
      </w:r>
      <w:proofErr w:type="spellStart"/>
      <w:r w:rsidRPr="0097214B">
        <w:rPr>
          <w:rFonts w:ascii="Times New Roman" w:hAnsi="Times New Roman" w:cs="Times New Roman"/>
          <w:b/>
          <w:sz w:val="24"/>
          <w:szCs w:val="24"/>
        </w:rPr>
        <w:t>témavezető</w:t>
      </w:r>
      <w:proofErr w:type="spellEnd"/>
      <w:r w:rsidRPr="0097214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7214B">
        <w:rPr>
          <w:rFonts w:ascii="Times New Roman" w:hAnsi="Times New Roman" w:cs="Times New Roman"/>
          <w:sz w:val="24"/>
          <w:szCs w:val="24"/>
        </w:rPr>
        <w:t>_____________</w:t>
      </w:r>
      <w:r w:rsidR="0097214B" w:rsidRPr="0097214B">
        <w:rPr>
          <w:rFonts w:ascii="Times New Roman" w:hAnsi="Times New Roman" w:cs="Times New Roman"/>
          <w:sz w:val="24"/>
          <w:szCs w:val="24"/>
        </w:rPr>
        <w:t>_____________________________</w:t>
      </w:r>
      <w:r w:rsidRPr="0097214B">
        <w:rPr>
          <w:rFonts w:ascii="Times New Roman" w:hAnsi="Times New Roman" w:cs="Times New Roman"/>
          <w:sz w:val="24"/>
          <w:szCs w:val="24"/>
        </w:rPr>
        <w:t>________</w:t>
      </w:r>
    </w:p>
    <w:p w14:paraId="0010960B" w14:textId="7D1E6500" w:rsidR="0060387E" w:rsidRPr="0097214B" w:rsidRDefault="00E96235">
      <w:pPr>
        <w:rPr>
          <w:rFonts w:ascii="Times New Roman" w:hAnsi="Times New Roman" w:cs="Times New Roman"/>
          <w:sz w:val="24"/>
          <w:szCs w:val="24"/>
        </w:rPr>
      </w:pPr>
      <w:r w:rsidRPr="0097214B">
        <w:rPr>
          <w:rFonts w:ascii="Times New Roman" w:hAnsi="Times New Roman" w:cs="Times New Roman"/>
          <w:b/>
          <w:sz w:val="24"/>
          <w:szCs w:val="24"/>
        </w:rPr>
        <w:t xml:space="preserve">beosztása / </w:t>
      </w:r>
      <w:proofErr w:type="spellStart"/>
      <w:r w:rsidRPr="0097214B">
        <w:rPr>
          <w:rFonts w:ascii="Times New Roman" w:hAnsi="Times New Roman" w:cs="Times New Roman"/>
          <w:b/>
          <w:sz w:val="24"/>
          <w:szCs w:val="24"/>
        </w:rPr>
        <w:t>szervezeti</w:t>
      </w:r>
      <w:proofErr w:type="spellEnd"/>
      <w:r w:rsidRPr="009721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214B">
        <w:rPr>
          <w:rFonts w:ascii="Times New Roman" w:hAnsi="Times New Roman" w:cs="Times New Roman"/>
          <w:b/>
          <w:sz w:val="24"/>
          <w:szCs w:val="24"/>
        </w:rPr>
        <w:t>egysége</w:t>
      </w:r>
      <w:proofErr w:type="spellEnd"/>
      <w:r w:rsidRPr="0097214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7214B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2D9BFA77" w14:textId="77777777" w:rsidR="0097214B" w:rsidRPr="0097214B" w:rsidRDefault="00E96235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7214B">
        <w:rPr>
          <w:rFonts w:ascii="Times New Roman" w:hAnsi="Times New Roman" w:cs="Times New Roman"/>
          <w:b/>
          <w:sz w:val="24"/>
          <w:szCs w:val="24"/>
        </w:rPr>
        <w:t>ezúton</w:t>
      </w:r>
      <w:proofErr w:type="spellEnd"/>
      <w:r w:rsidRPr="009721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214B">
        <w:rPr>
          <w:rFonts w:ascii="Times New Roman" w:hAnsi="Times New Roman" w:cs="Times New Roman"/>
          <w:b/>
          <w:sz w:val="24"/>
          <w:szCs w:val="24"/>
        </w:rPr>
        <w:t>nyilatkozom</w:t>
      </w:r>
      <w:proofErr w:type="spellEnd"/>
      <w:r w:rsidRPr="0097214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7214B">
        <w:rPr>
          <w:rFonts w:ascii="Times New Roman" w:hAnsi="Times New Roman" w:cs="Times New Roman"/>
          <w:b/>
          <w:sz w:val="24"/>
          <w:szCs w:val="24"/>
        </w:rPr>
        <w:t>hogy</w:t>
      </w:r>
      <w:proofErr w:type="spellEnd"/>
    </w:p>
    <w:p w14:paraId="1758DCA5" w14:textId="76FEF222" w:rsidR="0060387E" w:rsidRPr="0097214B" w:rsidRDefault="00E96235">
      <w:pPr>
        <w:rPr>
          <w:rFonts w:ascii="Times New Roman" w:hAnsi="Times New Roman" w:cs="Times New Roman"/>
          <w:sz w:val="24"/>
          <w:szCs w:val="24"/>
        </w:rPr>
      </w:pPr>
      <w:r w:rsidRPr="009721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14B">
        <w:rPr>
          <w:rFonts w:ascii="Times New Roman" w:hAnsi="Times New Roman" w:cs="Times New Roman"/>
          <w:sz w:val="24"/>
          <w:szCs w:val="24"/>
        </w:rPr>
        <w:br/>
      </w:r>
      <w:r w:rsidR="0097214B" w:rsidRPr="0097214B">
        <w:rPr>
          <w:rFonts w:ascii="Times New Roman" w:hAnsi="Times New Roman" w:cs="Times New Roman"/>
          <w:sz w:val="24"/>
          <w:szCs w:val="24"/>
        </w:rPr>
        <w:t>H</w:t>
      </w:r>
      <w:r w:rsidRPr="0097214B">
        <w:rPr>
          <w:rFonts w:ascii="Times New Roman" w:hAnsi="Times New Roman" w:cs="Times New Roman"/>
          <w:sz w:val="24"/>
          <w:szCs w:val="24"/>
        </w:rPr>
        <w:t>allgató</w:t>
      </w:r>
      <w:r w:rsidR="0097214B" w:rsidRPr="009721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214B" w:rsidRPr="0097214B">
        <w:rPr>
          <w:rFonts w:ascii="Times New Roman" w:hAnsi="Times New Roman" w:cs="Times New Roman"/>
          <w:sz w:val="24"/>
          <w:szCs w:val="24"/>
        </w:rPr>
        <w:t>neve:_</w:t>
      </w:r>
      <w:proofErr w:type="gramEnd"/>
      <w:r w:rsidR="0097214B" w:rsidRPr="0097214B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7214B">
        <w:rPr>
          <w:rFonts w:ascii="Times New Roman" w:hAnsi="Times New Roman" w:cs="Times New Roman"/>
          <w:b/>
          <w:sz w:val="24"/>
          <w:szCs w:val="24"/>
        </w:rPr>
        <w:br/>
      </w:r>
      <w:r w:rsidRPr="0097214B">
        <w:rPr>
          <w:rFonts w:ascii="Times New Roman" w:hAnsi="Times New Roman" w:cs="Times New Roman"/>
          <w:bCs/>
          <w:sz w:val="24"/>
          <w:szCs w:val="24"/>
        </w:rPr>
        <w:t>Neptun-</w:t>
      </w:r>
      <w:proofErr w:type="spellStart"/>
      <w:r w:rsidRPr="0097214B">
        <w:rPr>
          <w:rFonts w:ascii="Times New Roman" w:hAnsi="Times New Roman" w:cs="Times New Roman"/>
          <w:bCs/>
          <w:sz w:val="24"/>
          <w:szCs w:val="24"/>
        </w:rPr>
        <w:t>kódja</w:t>
      </w:r>
      <w:proofErr w:type="spellEnd"/>
      <w:r w:rsidRPr="0097214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7214B">
        <w:rPr>
          <w:rFonts w:ascii="Times New Roman" w:hAnsi="Times New Roman" w:cs="Times New Roman"/>
          <w:sz w:val="24"/>
          <w:szCs w:val="24"/>
        </w:rPr>
        <w:t>___________________</w:t>
      </w:r>
      <w:r w:rsidR="0097214B" w:rsidRPr="0097214B">
        <w:rPr>
          <w:rFonts w:ascii="Times New Roman" w:hAnsi="Times New Roman" w:cs="Times New Roman"/>
          <w:sz w:val="24"/>
          <w:szCs w:val="24"/>
        </w:rPr>
        <w:t>_________</w:t>
      </w:r>
      <w:r w:rsidRPr="0097214B">
        <w:rPr>
          <w:rFonts w:ascii="Times New Roman" w:hAnsi="Times New Roman" w:cs="Times New Roman"/>
          <w:sz w:val="24"/>
          <w:szCs w:val="24"/>
        </w:rPr>
        <w:t>_____</w:t>
      </w:r>
      <w:r w:rsidRPr="0097214B">
        <w:rPr>
          <w:rFonts w:ascii="Times New Roman" w:hAnsi="Times New Roman" w:cs="Times New Roman"/>
          <w:sz w:val="24"/>
          <w:szCs w:val="24"/>
        </w:rPr>
        <w:br/>
      </w:r>
      <w:r w:rsidRPr="0097214B">
        <w:rPr>
          <w:rFonts w:ascii="Times New Roman" w:hAnsi="Times New Roman" w:cs="Times New Roman"/>
          <w:sz w:val="24"/>
          <w:szCs w:val="24"/>
        </w:rPr>
        <w:t>Pannónia Ösztöndíjprogram keretében megvalósuló, az alábbi konferencián történő részvételét szakmailag támogatom:</w:t>
      </w:r>
    </w:p>
    <w:p w14:paraId="471565B5" w14:textId="77777777" w:rsidR="0060387E" w:rsidRPr="0097214B" w:rsidRDefault="0060387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699"/>
        <w:gridCol w:w="4697"/>
      </w:tblGrid>
      <w:tr w:rsidR="0060387E" w:rsidRPr="0097214B" w14:paraId="3D281E8D" w14:textId="77777777">
        <w:trPr>
          <w:jc w:val="center"/>
        </w:trPr>
        <w:tc>
          <w:tcPr>
            <w:tcW w:w="4703" w:type="dxa"/>
            <w:vAlign w:val="center"/>
          </w:tcPr>
          <w:p w14:paraId="1AEBA7FE" w14:textId="77777777" w:rsidR="0060387E" w:rsidRPr="0097214B" w:rsidRDefault="00E9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14B">
              <w:rPr>
                <w:rFonts w:ascii="Times New Roman" w:hAnsi="Times New Roman" w:cs="Times New Roman"/>
                <w:b/>
                <w:sz w:val="24"/>
                <w:szCs w:val="24"/>
              </w:rPr>
              <w:t>Konferencia neve:</w:t>
            </w:r>
          </w:p>
        </w:tc>
        <w:tc>
          <w:tcPr>
            <w:tcW w:w="4703" w:type="dxa"/>
            <w:vAlign w:val="center"/>
          </w:tcPr>
          <w:p w14:paraId="5D98775D" w14:textId="77777777" w:rsidR="0060387E" w:rsidRPr="0097214B" w:rsidRDefault="00E9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387E" w:rsidRPr="0097214B" w14:paraId="1096B8E3" w14:textId="77777777">
        <w:trPr>
          <w:jc w:val="center"/>
        </w:trPr>
        <w:tc>
          <w:tcPr>
            <w:tcW w:w="4703" w:type="dxa"/>
            <w:vAlign w:val="center"/>
          </w:tcPr>
          <w:p w14:paraId="4728D30D" w14:textId="77777777" w:rsidR="0060387E" w:rsidRPr="0097214B" w:rsidRDefault="00E9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14B">
              <w:rPr>
                <w:rFonts w:ascii="Times New Roman" w:hAnsi="Times New Roman" w:cs="Times New Roman"/>
                <w:b/>
                <w:sz w:val="24"/>
                <w:szCs w:val="24"/>
              </w:rPr>
              <w:t>A konferencia helyszíne:</w:t>
            </w:r>
          </w:p>
        </w:tc>
        <w:tc>
          <w:tcPr>
            <w:tcW w:w="4703" w:type="dxa"/>
            <w:vAlign w:val="center"/>
          </w:tcPr>
          <w:p w14:paraId="04356CAC" w14:textId="77777777" w:rsidR="0060387E" w:rsidRPr="0097214B" w:rsidRDefault="00E9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387E" w:rsidRPr="0097214B" w14:paraId="69A93150" w14:textId="77777777">
        <w:trPr>
          <w:jc w:val="center"/>
        </w:trPr>
        <w:tc>
          <w:tcPr>
            <w:tcW w:w="4703" w:type="dxa"/>
            <w:vAlign w:val="center"/>
          </w:tcPr>
          <w:p w14:paraId="013F8B00" w14:textId="77777777" w:rsidR="0060387E" w:rsidRPr="0097214B" w:rsidRDefault="00E9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14B">
              <w:rPr>
                <w:rFonts w:ascii="Times New Roman" w:hAnsi="Times New Roman" w:cs="Times New Roman"/>
                <w:b/>
                <w:sz w:val="24"/>
                <w:szCs w:val="24"/>
              </w:rPr>
              <w:t>A konferencia időpontja:</w:t>
            </w:r>
          </w:p>
        </w:tc>
        <w:tc>
          <w:tcPr>
            <w:tcW w:w="4703" w:type="dxa"/>
            <w:vAlign w:val="center"/>
          </w:tcPr>
          <w:p w14:paraId="7DC42AC1" w14:textId="77777777" w:rsidR="0060387E" w:rsidRPr="0097214B" w:rsidRDefault="00E9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387E" w:rsidRPr="0097214B" w14:paraId="53FC1058" w14:textId="77777777">
        <w:trPr>
          <w:jc w:val="center"/>
        </w:trPr>
        <w:tc>
          <w:tcPr>
            <w:tcW w:w="4703" w:type="dxa"/>
            <w:vAlign w:val="center"/>
          </w:tcPr>
          <w:p w14:paraId="1AD5B18B" w14:textId="77777777" w:rsidR="0060387E" w:rsidRPr="0097214B" w:rsidRDefault="00E9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14B">
              <w:rPr>
                <w:rFonts w:ascii="Times New Roman" w:hAnsi="Times New Roman" w:cs="Times New Roman"/>
                <w:b/>
                <w:sz w:val="24"/>
                <w:szCs w:val="24"/>
              </w:rPr>
              <w:t>A részvétel célja / szakmai indoka:</w:t>
            </w:r>
          </w:p>
        </w:tc>
        <w:tc>
          <w:tcPr>
            <w:tcW w:w="4703" w:type="dxa"/>
            <w:vAlign w:val="center"/>
          </w:tcPr>
          <w:p w14:paraId="1308CF0E" w14:textId="77777777" w:rsidR="0060387E" w:rsidRPr="0097214B" w:rsidRDefault="00E9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387E" w:rsidRPr="0097214B" w14:paraId="2037E6D6" w14:textId="77777777">
        <w:trPr>
          <w:jc w:val="center"/>
        </w:trPr>
        <w:tc>
          <w:tcPr>
            <w:tcW w:w="4703" w:type="dxa"/>
            <w:vAlign w:val="center"/>
          </w:tcPr>
          <w:p w14:paraId="080BEC05" w14:textId="77777777" w:rsidR="0060387E" w:rsidRPr="0097214B" w:rsidRDefault="00E9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14B">
              <w:rPr>
                <w:rFonts w:ascii="Times New Roman" w:hAnsi="Times New Roman" w:cs="Times New Roman"/>
                <w:b/>
                <w:sz w:val="24"/>
                <w:szCs w:val="24"/>
              </w:rPr>
              <w:t>Kapcsolódó kutatási / oktatási terület:</w:t>
            </w:r>
          </w:p>
        </w:tc>
        <w:tc>
          <w:tcPr>
            <w:tcW w:w="4703" w:type="dxa"/>
            <w:vAlign w:val="center"/>
          </w:tcPr>
          <w:p w14:paraId="4C6A2C72" w14:textId="77777777" w:rsidR="0060387E" w:rsidRPr="0097214B" w:rsidRDefault="00E9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B9F55EB" w14:textId="77777777" w:rsidR="0060387E" w:rsidRPr="0097214B" w:rsidRDefault="0060387E">
      <w:pPr>
        <w:rPr>
          <w:rFonts w:ascii="Times New Roman" w:hAnsi="Times New Roman" w:cs="Times New Roman"/>
          <w:sz w:val="24"/>
          <w:szCs w:val="24"/>
        </w:rPr>
      </w:pPr>
    </w:p>
    <w:p w14:paraId="4AAFD85C" w14:textId="77777777" w:rsidR="0060387E" w:rsidRPr="0097214B" w:rsidRDefault="00E96235" w:rsidP="0097214B">
      <w:pPr>
        <w:jc w:val="both"/>
        <w:rPr>
          <w:rFonts w:ascii="Times New Roman" w:hAnsi="Times New Roman" w:cs="Times New Roman"/>
          <w:sz w:val="24"/>
          <w:szCs w:val="24"/>
        </w:rPr>
      </w:pPr>
      <w:r w:rsidRPr="0097214B">
        <w:rPr>
          <w:rFonts w:ascii="Times New Roman" w:hAnsi="Times New Roman" w:cs="Times New Roman"/>
          <w:sz w:val="24"/>
          <w:szCs w:val="24"/>
        </w:rPr>
        <w:t>A konferencián való részvételt a hallgató szakmai fejlődése, tanulmányai és/vagy kutatási tevékenysége szempontjából relevánsnak tartom, ezért a mobilitás megvalósítását támogatom.</w:t>
      </w:r>
    </w:p>
    <w:p w14:paraId="570C1FE8" w14:textId="77777777" w:rsidR="0060387E" w:rsidRPr="0097214B" w:rsidRDefault="00E96235" w:rsidP="0097214B">
      <w:pPr>
        <w:jc w:val="both"/>
        <w:rPr>
          <w:rFonts w:ascii="Times New Roman" w:hAnsi="Times New Roman" w:cs="Times New Roman"/>
          <w:sz w:val="24"/>
          <w:szCs w:val="24"/>
        </w:rPr>
      </w:pPr>
      <w:r w:rsidRPr="0097214B">
        <w:rPr>
          <w:rFonts w:ascii="Times New Roman" w:hAnsi="Times New Roman" w:cs="Times New Roman"/>
          <w:sz w:val="24"/>
          <w:szCs w:val="24"/>
        </w:rPr>
        <w:t>A nyilatkozatot a Pannónia Ösztöndíjpályázathoz kapcsolódóan, a konferencián való részvétel szakmai támogatásának igazolására adom ki.</w:t>
      </w:r>
    </w:p>
    <w:p w14:paraId="0730E2FF" w14:textId="77777777" w:rsidR="0060387E" w:rsidRPr="0097214B" w:rsidRDefault="0060387E">
      <w:pPr>
        <w:rPr>
          <w:rFonts w:ascii="Times New Roman" w:hAnsi="Times New Roman" w:cs="Times New Roman"/>
          <w:sz w:val="24"/>
          <w:szCs w:val="24"/>
        </w:rPr>
      </w:pPr>
    </w:p>
    <w:p w14:paraId="798110B2" w14:textId="49E967E0" w:rsidR="0060387E" w:rsidRPr="0097214B" w:rsidRDefault="00E96235">
      <w:pPr>
        <w:rPr>
          <w:rFonts w:ascii="Times New Roman" w:hAnsi="Times New Roman" w:cs="Times New Roman"/>
          <w:sz w:val="24"/>
          <w:szCs w:val="24"/>
        </w:rPr>
      </w:pPr>
      <w:r w:rsidRPr="0097214B">
        <w:rPr>
          <w:rFonts w:ascii="Times New Roman" w:hAnsi="Times New Roman" w:cs="Times New Roman"/>
          <w:sz w:val="24"/>
          <w:szCs w:val="24"/>
        </w:rPr>
        <w:t xml:space="preserve">Kelt: </w:t>
      </w:r>
    </w:p>
    <w:p w14:paraId="676A887A" w14:textId="77777777" w:rsidR="0060387E" w:rsidRPr="0097214B" w:rsidRDefault="0060387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60387E" w:rsidRPr="0097214B" w14:paraId="3B8A7F4C" w14:textId="77777777">
        <w:trPr>
          <w:jc w:val="center"/>
        </w:trPr>
        <w:tc>
          <w:tcPr>
            <w:tcW w:w="4703" w:type="dxa"/>
          </w:tcPr>
          <w:p w14:paraId="7D02AE6C" w14:textId="77777777" w:rsidR="0060387E" w:rsidRPr="0097214B" w:rsidRDefault="00E96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1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214B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</w:t>
            </w:r>
            <w:r w:rsidRPr="0097214B">
              <w:rPr>
                <w:rFonts w:ascii="Times New Roman" w:hAnsi="Times New Roman" w:cs="Times New Roman"/>
                <w:sz w:val="24"/>
                <w:szCs w:val="24"/>
              </w:rPr>
              <w:br/>
              <w:t>Oktató / témavezető aláírása</w:t>
            </w:r>
          </w:p>
        </w:tc>
        <w:tc>
          <w:tcPr>
            <w:tcW w:w="4703" w:type="dxa"/>
          </w:tcPr>
          <w:p w14:paraId="6AEA59F8" w14:textId="77777777" w:rsidR="0060387E" w:rsidRPr="0097214B" w:rsidRDefault="00E96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1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214B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</w:t>
            </w:r>
            <w:r w:rsidRPr="0097214B">
              <w:rPr>
                <w:rFonts w:ascii="Times New Roman" w:hAnsi="Times New Roman" w:cs="Times New Roman"/>
                <w:sz w:val="24"/>
                <w:szCs w:val="24"/>
              </w:rPr>
              <w:br/>
              <w:t>Hallgató aláírása</w:t>
            </w:r>
          </w:p>
        </w:tc>
      </w:tr>
    </w:tbl>
    <w:p w14:paraId="4B42585B" w14:textId="77777777" w:rsidR="0060387E" w:rsidRPr="0097214B" w:rsidRDefault="0060387E">
      <w:pPr>
        <w:rPr>
          <w:rFonts w:ascii="Times New Roman" w:hAnsi="Times New Roman" w:cs="Times New Roman"/>
          <w:sz w:val="24"/>
          <w:szCs w:val="24"/>
        </w:rPr>
      </w:pPr>
    </w:p>
    <w:sectPr w:rsidR="0060387E" w:rsidRPr="0097214B" w:rsidSect="00034616">
      <w:headerReference w:type="default" r:id="rId9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25FC" w14:textId="77777777" w:rsidR="00E96235" w:rsidRDefault="00E96235" w:rsidP="0097214B">
      <w:pPr>
        <w:spacing w:after="0" w:line="240" w:lineRule="auto"/>
      </w:pPr>
      <w:r>
        <w:separator/>
      </w:r>
    </w:p>
  </w:endnote>
  <w:endnote w:type="continuationSeparator" w:id="0">
    <w:p w14:paraId="3615BB83" w14:textId="77777777" w:rsidR="00E96235" w:rsidRDefault="00E96235" w:rsidP="00972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101AD" w14:textId="77777777" w:rsidR="00E96235" w:rsidRDefault="00E96235" w:rsidP="0097214B">
      <w:pPr>
        <w:spacing w:after="0" w:line="240" w:lineRule="auto"/>
      </w:pPr>
      <w:r>
        <w:separator/>
      </w:r>
    </w:p>
  </w:footnote>
  <w:footnote w:type="continuationSeparator" w:id="0">
    <w:p w14:paraId="0E0E2F23" w14:textId="77777777" w:rsidR="00E96235" w:rsidRDefault="00E96235" w:rsidP="00972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7E39F" w14:textId="6D1CD84B" w:rsidR="0097214B" w:rsidRDefault="0097214B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A293BC" wp14:editId="39E25213">
          <wp:simplePos x="0" y="0"/>
          <wp:positionH relativeFrom="column">
            <wp:posOffset>-4445</wp:posOffset>
          </wp:positionH>
          <wp:positionV relativeFrom="paragraph">
            <wp:posOffset>-647700</wp:posOffset>
          </wp:positionV>
          <wp:extent cx="1892015" cy="1361162"/>
          <wp:effectExtent l="0" t="0" r="0" b="0"/>
          <wp:wrapNone/>
          <wp:docPr id="469111835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9111835" name="Kép 46911183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2015" cy="1361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355447">
    <w:abstractNumId w:val="8"/>
  </w:num>
  <w:num w:numId="2" w16cid:durableId="1266646400">
    <w:abstractNumId w:val="6"/>
  </w:num>
  <w:num w:numId="3" w16cid:durableId="1381395823">
    <w:abstractNumId w:val="5"/>
  </w:num>
  <w:num w:numId="4" w16cid:durableId="504319266">
    <w:abstractNumId w:val="4"/>
  </w:num>
  <w:num w:numId="5" w16cid:durableId="1041782643">
    <w:abstractNumId w:val="7"/>
  </w:num>
  <w:num w:numId="6" w16cid:durableId="173960961">
    <w:abstractNumId w:val="3"/>
  </w:num>
  <w:num w:numId="7" w16cid:durableId="1341469320">
    <w:abstractNumId w:val="2"/>
  </w:num>
  <w:num w:numId="8" w16cid:durableId="2088308593">
    <w:abstractNumId w:val="1"/>
  </w:num>
  <w:num w:numId="9" w16cid:durableId="1764649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0387E"/>
    <w:rsid w:val="0097214B"/>
    <w:rsid w:val="00AA1D8D"/>
    <w:rsid w:val="00B47730"/>
    <w:rsid w:val="00BC4D60"/>
    <w:rsid w:val="00CB0664"/>
    <w:rsid w:val="00E9623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08A037"/>
  <w14:defaultImageDpi w14:val="300"/>
  <w15:docId w15:val="{3308A472-FBA6-47FA-80DB-79DD3529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Arial" w:hAnsi="Arial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Marton Krisztina</cp:lastModifiedBy>
  <cp:revision>2</cp:revision>
  <dcterms:created xsi:type="dcterms:W3CDTF">2026-08-27T12:37:00Z</dcterms:created>
  <dcterms:modified xsi:type="dcterms:W3CDTF">2026-08-27T12:37:00Z</dcterms:modified>
  <cp:category/>
</cp:coreProperties>
</file>